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24BA8" w14:textId="77777777" w:rsidR="00D83223" w:rsidRDefault="00000000">
      <w:pPr>
        <w:spacing w:after="160"/>
        <w:jc w:val="center"/>
      </w:pPr>
      <w:r>
        <w:rPr>
          <w:noProof/>
        </w:rPr>
        <w:drawing>
          <wp:inline distT="0" distB="0" distL="0" distR="0" wp14:anchorId="7E7A99A6" wp14:editId="40657A14">
            <wp:extent cx="5166360" cy="18793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Peace + EU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187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3E01" w14:textId="77777777" w:rsidR="00D83223" w:rsidRDefault="00000000">
      <w:pPr>
        <w:spacing w:after="80"/>
        <w:jc w:val="center"/>
      </w:pPr>
      <w:r>
        <w:rPr>
          <w:b/>
          <w:color w:val="0B4F9C"/>
          <w:sz w:val="48"/>
        </w:rPr>
        <w:t>PERSONAL DEVELOPMENT PLAN</w:t>
      </w:r>
    </w:p>
    <w:p w14:paraId="39807B43" w14:textId="77777777" w:rsidR="00D83223" w:rsidRDefault="00000000">
      <w:pPr>
        <w:spacing w:after="80"/>
        <w:jc w:val="center"/>
      </w:pPr>
      <w:r>
        <w:rPr>
          <w:b/>
          <w:sz w:val="24"/>
        </w:rPr>
        <w:t>Problem Solving – Employability and Career Development</w:t>
      </w:r>
    </w:p>
    <w:p w14:paraId="11059D72" w14:textId="77777777" w:rsidR="00D83223" w:rsidRDefault="00000000">
      <w:pPr>
        <w:spacing w:after="240"/>
        <w:jc w:val="center"/>
      </w:pPr>
      <w:r>
        <w:rPr>
          <w:i/>
          <w:color w:val="69717C"/>
        </w:rPr>
        <w:t>Downloadable and editable Word template</w:t>
      </w:r>
    </w:p>
    <w:p w14:paraId="1F75EBAB" w14:textId="77777777" w:rsidR="00D83223" w:rsidRDefault="00000000">
      <w:pPr>
        <w:spacing w:after="160"/>
        <w:jc w:val="center"/>
      </w:pPr>
      <w:r>
        <w:rPr>
          <w:color w:val="F6B900"/>
          <w:sz w:val="16"/>
        </w:rPr>
        <w:t>━━━━━━━━━━━━━━━━━━━━━━━━━━━━━━━━━━━━━━━━━━━━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D83223" w14:paraId="4105F747" w14:textId="77777777">
        <w:trPr>
          <w:jc w:val="center"/>
        </w:trPr>
        <w:tc>
          <w:tcPr>
            <w:tcW w:w="9978" w:type="dxa"/>
            <w:tcBorders>
              <w:top w:val="single" w:sz="10" w:space="0" w:color="0B4F9C"/>
              <w:left w:val="single" w:sz="6" w:space="0" w:color="0B4F9C"/>
              <w:bottom w:val="single" w:sz="6" w:space="0" w:color="0B4F9C"/>
              <w:right w:val="single" w:sz="6" w:space="0" w:color="0B4F9C"/>
            </w:tcBorders>
            <w:shd w:val="clear" w:color="auto" w:fill="EAF2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09DEBD04" w14:textId="77777777" w:rsidR="00D83223" w:rsidRDefault="00000000">
            <w:r>
              <w:rPr>
                <w:sz w:val="19"/>
              </w:rPr>
              <w:t>Purpose: This template helps you connect self-assessment with concrete career development actions. Type directly into the shaded and white table cells, save your document, and return to it regularly to review your progress.</w:t>
            </w:r>
          </w:p>
        </w:tc>
      </w:tr>
    </w:tbl>
    <w:p w14:paraId="1CEC3ACF" w14:textId="77777777" w:rsidR="00D83223" w:rsidRDefault="00D8322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83223" w14:paraId="1833FCA6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EAF2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98CCC6" w14:textId="77777777" w:rsidR="00D83223" w:rsidRDefault="00000000">
            <w:r>
              <w:rPr>
                <w:b/>
                <w:color w:val="0B4F9C"/>
                <w:sz w:val="18"/>
              </w:rPr>
              <w:t>Name and surname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9F49CE6" w14:textId="77777777" w:rsidR="00D83223" w:rsidRDefault="00000000"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626BF48B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EAF2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701EA9" w14:textId="77777777" w:rsidR="00D83223" w:rsidRDefault="00000000">
            <w:r>
              <w:rPr>
                <w:b/>
                <w:color w:val="0B4F9C"/>
                <w:sz w:val="18"/>
              </w:rPr>
              <w:t>Study programme / field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54EF44" w14:textId="77777777" w:rsidR="00D83223" w:rsidRDefault="00000000"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75FF2958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EAF2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291679D" w14:textId="77777777" w:rsidR="00D83223" w:rsidRDefault="00000000">
            <w:r>
              <w:rPr>
                <w:b/>
                <w:color w:val="0B4F9C"/>
                <w:sz w:val="18"/>
              </w:rPr>
              <w:t>Date completed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F40DA2F" w14:textId="77777777" w:rsidR="00D83223" w:rsidRDefault="00000000">
            <w:r>
              <w:rPr>
                <w:i/>
                <w:color w:val="69717C"/>
                <w:sz w:val="18"/>
              </w:rPr>
              <w:t>[DD Month YYYY]</w:t>
            </w:r>
          </w:p>
        </w:tc>
      </w:tr>
      <w:tr w:rsidR="00D83223" w14:paraId="628BD9CF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EAF2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8E200F0" w14:textId="77777777" w:rsidR="00D83223" w:rsidRDefault="00000000">
            <w:r>
              <w:rPr>
                <w:b/>
                <w:color w:val="0B4F9C"/>
                <w:sz w:val="18"/>
              </w:rPr>
              <w:t>Planned review date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4AEDA5" w14:textId="77777777" w:rsidR="00D83223" w:rsidRDefault="00000000">
            <w:r>
              <w:rPr>
                <w:i/>
                <w:color w:val="69717C"/>
                <w:sz w:val="18"/>
              </w:rPr>
              <w:t>[DD Month YYYY]</w:t>
            </w:r>
          </w:p>
        </w:tc>
      </w:tr>
    </w:tbl>
    <w:p w14:paraId="2A2FD89B" w14:textId="77777777" w:rsidR="00D83223" w:rsidRDefault="00D83223">
      <w:pPr>
        <w:spacing w:after="0"/>
      </w:pPr>
    </w:p>
    <w:p w14:paraId="08957633" w14:textId="77777777" w:rsidR="00D83223" w:rsidRDefault="00000000">
      <w:pPr>
        <w:keepNext/>
        <w:spacing w:before="160" w:after="60"/>
      </w:pPr>
      <w:r>
        <w:rPr>
          <w:b/>
          <w:color w:val="0B4F9C"/>
          <w:sz w:val="22"/>
        </w:rPr>
        <w:t>How to use this plan</w:t>
      </w:r>
    </w:p>
    <w:p w14:paraId="68E4255E" w14:textId="77777777" w:rsidR="00D83223" w:rsidRDefault="00000000">
      <w:pPr>
        <w:spacing w:after="80"/>
        <w:ind w:left="283" w:hanging="283"/>
      </w:pPr>
      <w:r>
        <w:rPr>
          <w:b/>
          <w:color w:val="F6B900"/>
          <w:sz w:val="19"/>
        </w:rPr>
        <w:t xml:space="preserve">1. </w:t>
      </w:r>
      <w:r>
        <w:rPr>
          <w:sz w:val="19"/>
        </w:rPr>
        <w:t>Complete the self-assessment sections honestly and use concrete examples wherever possible.</w:t>
      </w:r>
    </w:p>
    <w:p w14:paraId="137A72C0" w14:textId="77777777" w:rsidR="00D83223" w:rsidRDefault="00000000">
      <w:pPr>
        <w:spacing w:after="80"/>
        <w:ind w:left="283" w:hanging="283"/>
      </w:pPr>
      <w:r>
        <w:rPr>
          <w:b/>
          <w:color w:val="F6B900"/>
          <w:sz w:val="19"/>
        </w:rPr>
        <w:t xml:space="preserve">2. </w:t>
      </w:r>
      <w:r>
        <w:rPr>
          <w:sz w:val="19"/>
        </w:rPr>
        <w:t>Select no more than three development priorities so that your plan remains realistic and focused.</w:t>
      </w:r>
    </w:p>
    <w:p w14:paraId="5B90DCEE" w14:textId="77777777" w:rsidR="00D83223" w:rsidRDefault="00000000">
      <w:pPr>
        <w:spacing w:after="80"/>
        <w:ind w:left="283" w:hanging="283"/>
      </w:pPr>
      <w:r>
        <w:rPr>
          <w:b/>
          <w:color w:val="F6B900"/>
          <w:sz w:val="19"/>
        </w:rPr>
        <w:t xml:space="preserve">3. </w:t>
      </w:r>
      <w:r>
        <w:rPr>
          <w:sz w:val="19"/>
        </w:rPr>
        <w:t>Translate each priority into actions, deadlines, support resources, and observable evidence of progress.</w:t>
      </w:r>
    </w:p>
    <w:p w14:paraId="5F78849B" w14:textId="77777777" w:rsidR="00D83223" w:rsidRDefault="00000000">
      <w:pPr>
        <w:spacing w:after="80"/>
        <w:ind w:left="283" w:hanging="283"/>
      </w:pPr>
      <w:r>
        <w:rPr>
          <w:b/>
          <w:color w:val="F6B900"/>
          <w:sz w:val="19"/>
        </w:rPr>
        <w:t xml:space="preserve">4. </w:t>
      </w:r>
      <w:r>
        <w:rPr>
          <w:sz w:val="19"/>
        </w:rPr>
        <w:t>Review the plan on the date indicated above and revise it when your circumstances or goals change.</w:t>
      </w:r>
    </w:p>
    <w:p w14:paraId="2D840899" w14:textId="77777777" w:rsidR="00D83223" w:rsidRDefault="00000000">
      <w:r>
        <w:br w:type="page"/>
      </w:r>
    </w:p>
    <w:p w14:paraId="3D4AAAB3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lastRenderedPageBreak/>
        <w:t>1  My Career Direction</w:t>
      </w:r>
    </w:p>
    <w:p w14:paraId="74837C0D" w14:textId="77777777" w:rsidR="00D83223" w:rsidRDefault="00000000">
      <w:pPr>
        <w:spacing w:after="120"/>
      </w:pPr>
      <w:r>
        <w:rPr>
          <w:i/>
          <w:color w:val="69717C"/>
          <w:sz w:val="18"/>
        </w:rPr>
        <w:t>Begin with a broad sense of direction. Your plan can remain flexible and may change as you gain new experiences.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83223" w14:paraId="58D2B970" w14:textId="77777777">
        <w:trPr>
          <w:tblHeader/>
          <w:jc w:val="center"/>
        </w:trPr>
        <w:tc>
          <w:tcPr>
            <w:tcW w:w="498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AF58E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Reflection prompt</w:t>
            </w:r>
          </w:p>
        </w:tc>
        <w:tc>
          <w:tcPr>
            <w:tcW w:w="498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EB4C16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My response</w:t>
            </w:r>
          </w:p>
        </w:tc>
      </w:tr>
      <w:tr w:rsidR="00D83223" w14:paraId="06E5560E" w14:textId="77777777">
        <w:trPr>
          <w:trHeight w:val="1247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720E889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Where am I now?</w:t>
            </w:r>
            <w:r>
              <w:br/>
            </w:r>
            <w:r>
              <w:rPr>
                <w:i/>
                <w:color w:val="69717C"/>
                <w:sz w:val="18"/>
              </w:rPr>
              <w:t>Describe your current studies, work experience, responsibilities, and career-related activities.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485AA5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2C79F4C0" w14:textId="77777777">
        <w:trPr>
          <w:trHeight w:val="1247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7230744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Where would I like to be in 1–3 years?</w:t>
            </w:r>
            <w:r>
              <w:br/>
            </w:r>
            <w:r>
              <w:rPr>
                <w:i/>
                <w:color w:val="69717C"/>
                <w:sz w:val="18"/>
              </w:rPr>
              <w:t>Describe a preferred role, work setting, field, level of responsibility, or learning direction.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5DA8DAE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20DAFC70" w14:textId="77777777">
        <w:trPr>
          <w:trHeight w:val="1247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AF277D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matters most to me?</w:t>
            </w:r>
            <w:r>
              <w:br/>
            </w:r>
            <w:r>
              <w:rPr>
                <w:i/>
                <w:color w:val="69717C"/>
                <w:sz w:val="18"/>
              </w:rPr>
              <w:t>Consider values such as learning, autonomy, contribution, stability, creativity, work–life balance, or collaboration.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38ADA07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081669E3" w14:textId="77777777">
        <w:trPr>
          <w:trHeight w:val="1247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130984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opportunities am I currently considering?</w:t>
            </w:r>
            <w:r>
              <w:br/>
            </w:r>
            <w:r>
              <w:rPr>
                <w:i/>
                <w:color w:val="69717C"/>
                <w:sz w:val="18"/>
              </w:rPr>
              <w:t>List roles, sectors, projects, internships, further study, volunteering, or networking opportunities.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160C29A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</w:tbl>
    <w:p w14:paraId="5EE8D812" w14:textId="77777777" w:rsidR="00D83223" w:rsidRDefault="00D83223">
      <w:pPr>
        <w:spacing w:after="0"/>
      </w:pPr>
    </w:p>
    <w:p w14:paraId="25B603A1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t>2  Self-Assessment: Strengths and Resources</w:t>
      </w:r>
    </w:p>
    <w:p w14:paraId="52B61034" w14:textId="77777777" w:rsidR="00D83223" w:rsidRDefault="00000000">
      <w:pPr>
        <w:spacing w:after="120"/>
      </w:pPr>
      <w:r>
        <w:rPr>
          <w:i/>
          <w:color w:val="69717C"/>
          <w:sz w:val="18"/>
        </w:rPr>
        <w:t>Identify strengths you can demonstrate through behaviour, results, feedback, or completed tasks.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D83223" w14:paraId="3904A1BE" w14:textId="77777777">
        <w:trPr>
          <w:tblHeader/>
          <w:jc w:val="center"/>
        </w:trPr>
        <w:tc>
          <w:tcPr>
            <w:tcW w:w="33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87721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Strength / resource</w:t>
            </w:r>
          </w:p>
        </w:tc>
        <w:tc>
          <w:tcPr>
            <w:tcW w:w="33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1EF777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Evidence or example</w:t>
            </w:r>
          </w:p>
        </w:tc>
        <w:tc>
          <w:tcPr>
            <w:tcW w:w="33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87F33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How I can use it</w:t>
            </w:r>
          </w:p>
        </w:tc>
      </w:tr>
      <w:tr w:rsidR="00D83223" w14:paraId="55ED2A49" w14:textId="77777777">
        <w:trPr>
          <w:trHeight w:val="822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1BDC42E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1BB721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A4D6375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1A7C53D1" w14:textId="77777777">
        <w:trPr>
          <w:trHeight w:val="822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67C27D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411E7A1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EFFAF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2F667BBC" w14:textId="77777777">
        <w:trPr>
          <w:trHeight w:val="822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EA82A3B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468E0D8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68675EA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45290416" w14:textId="77777777">
        <w:trPr>
          <w:trHeight w:val="822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A59A17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152013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27C49D4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</w:tbl>
    <w:p w14:paraId="518E9110" w14:textId="77777777" w:rsidR="00D83223" w:rsidRDefault="00D83223">
      <w:pPr>
        <w:spacing w:after="0"/>
      </w:pPr>
    </w:p>
    <w:p w14:paraId="6560012E" w14:textId="77777777" w:rsidR="00D83223" w:rsidRDefault="00000000">
      <w:r>
        <w:br w:type="page"/>
      </w:r>
    </w:p>
    <w:p w14:paraId="2F1A30E8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lastRenderedPageBreak/>
        <w:t>3  Development Needs and Priorities</w:t>
      </w:r>
    </w:p>
    <w:p w14:paraId="1AD2FD0A" w14:textId="77777777" w:rsidR="00D83223" w:rsidRDefault="00000000">
      <w:pPr>
        <w:spacing w:after="120"/>
      </w:pPr>
      <w:r>
        <w:rPr>
          <w:i/>
          <w:color w:val="69717C"/>
          <w:sz w:val="18"/>
        </w:rPr>
        <w:t>Focus on skills, knowledge, behaviours, experiences, or professional relationships that would make the greatest difference.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D83223" w14:paraId="2E1D3509" w14:textId="77777777">
        <w:trPr>
          <w:tblHeader/>
          <w:jc w:val="center"/>
        </w:trPr>
        <w:tc>
          <w:tcPr>
            <w:tcW w:w="249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22A6C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Development need</w:t>
            </w:r>
          </w:p>
        </w:tc>
        <w:tc>
          <w:tcPr>
            <w:tcW w:w="249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623725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Why it matters</w:t>
            </w:r>
          </w:p>
        </w:tc>
        <w:tc>
          <w:tcPr>
            <w:tcW w:w="249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A4BF9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Current level: circle 1–5</w:t>
            </w:r>
          </w:p>
        </w:tc>
        <w:tc>
          <w:tcPr>
            <w:tcW w:w="249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717EE0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Priority</w:t>
            </w:r>
          </w:p>
        </w:tc>
      </w:tr>
      <w:tr w:rsidR="00D83223" w14:paraId="55483D26" w14:textId="77777777">
        <w:trPr>
          <w:trHeight w:val="822"/>
          <w:jc w:val="center"/>
        </w:trPr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88760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B25E47B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7BB2404" w14:textId="77777777" w:rsidR="00D83223" w:rsidRDefault="00000000">
            <w:pPr>
              <w:spacing w:after="0"/>
            </w:pPr>
            <w:r>
              <w:rPr>
                <w:sz w:val="18"/>
              </w:rPr>
              <w:t>1    2    3    4    5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161856B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[High / Medium / Low]</w:t>
            </w:r>
          </w:p>
        </w:tc>
      </w:tr>
      <w:tr w:rsidR="00D83223" w14:paraId="553681B6" w14:textId="77777777">
        <w:trPr>
          <w:trHeight w:val="822"/>
          <w:jc w:val="center"/>
        </w:trPr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F5ECE7E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24A300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F8DE7B4" w14:textId="77777777" w:rsidR="00D83223" w:rsidRDefault="00000000">
            <w:pPr>
              <w:spacing w:after="0"/>
            </w:pPr>
            <w:r>
              <w:rPr>
                <w:sz w:val="18"/>
              </w:rPr>
              <w:t>1    2    3    4    5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FEC0C7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[High / Medium / Low]</w:t>
            </w:r>
          </w:p>
        </w:tc>
      </w:tr>
      <w:tr w:rsidR="00D83223" w14:paraId="52EF24E7" w14:textId="77777777">
        <w:trPr>
          <w:trHeight w:val="822"/>
          <w:jc w:val="center"/>
        </w:trPr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71B00DB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1FC8DF3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DE8C8D" w14:textId="77777777" w:rsidR="00D83223" w:rsidRDefault="00000000">
            <w:pPr>
              <w:spacing w:after="0"/>
            </w:pPr>
            <w:r>
              <w:rPr>
                <w:sz w:val="18"/>
              </w:rPr>
              <w:t>1    2    3    4    5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4C2DEEE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[High / Medium / Low]</w:t>
            </w:r>
          </w:p>
        </w:tc>
      </w:tr>
      <w:tr w:rsidR="00D83223" w14:paraId="3869D907" w14:textId="77777777">
        <w:trPr>
          <w:trHeight w:val="822"/>
          <w:jc w:val="center"/>
        </w:trPr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B67A6F5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27CD435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9E5A881" w14:textId="77777777" w:rsidR="00D83223" w:rsidRDefault="00000000">
            <w:pPr>
              <w:spacing w:after="0"/>
            </w:pPr>
            <w:r>
              <w:rPr>
                <w:sz w:val="18"/>
              </w:rPr>
              <w:t>1    2    3    4    5</w:t>
            </w:r>
          </w:p>
        </w:tc>
        <w:tc>
          <w:tcPr>
            <w:tcW w:w="2494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7E3FFE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[High / Medium / Low]</w:t>
            </w:r>
          </w:p>
        </w:tc>
      </w:tr>
    </w:tbl>
    <w:p w14:paraId="4FB7AEA5" w14:textId="77777777" w:rsidR="00D83223" w:rsidRDefault="00D83223">
      <w:pPr>
        <w:spacing w:after="0"/>
      </w:pPr>
    </w:p>
    <w:p w14:paraId="54B3C642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t>4  My Development Goals</w:t>
      </w:r>
    </w:p>
    <w:p w14:paraId="0FC9B569" w14:textId="77777777" w:rsidR="00D83223" w:rsidRDefault="00000000">
      <w:pPr>
        <w:spacing w:after="120"/>
      </w:pPr>
      <w:r>
        <w:rPr>
          <w:i/>
          <w:color w:val="69717C"/>
          <w:sz w:val="18"/>
        </w:rPr>
        <w:t>Choose up to three priorities and formulate each as a clear, meaningful, and time-bound development goal.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83223" w14:paraId="42C3F8A3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6B900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41320B" w14:textId="77777777" w:rsidR="00D83223" w:rsidRDefault="00000000">
            <w:r>
              <w:rPr>
                <w:b/>
                <w:color w:val="FFFFFF"/>
                <w:sz w:val="18"/>
              </w:rPr>
              <w:t>GOAL 1: Goal statement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29B2FB" w14:textId="77777777" w:rsidR="00D83223" w:rsidRDefault="00000000">
            <w:r>
              <w:rPr>
                <w:i/>
                <w:color w:val="69717C"/>
                <w:sz w:val="18"/>
              </w:rPr>
              <w:t>[What specifically will I achieve or improve?]</w:t>
            </w:r>
          </w:p>
        </w:tc>
      </w:tr>
      <w:tr w:rsidR="00D83223" w14:paraId="6C13B393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5C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265A8E" w14:textId="77777777" w:rsidR="00D83223" w:rsidRDefault="00000000">
            <w:r>
              <w:rPr>
                <w:b/>
                <w:color w:val="0B4F9C"/>
                <w:sz w:val="18"/>
              </w:rPr>
              <w:t>Success indicator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6CF585" w14:textId="77777777" w:rsidR="00D83223" w:rsidRDefault="00000000">
            <w:r>
              <w:rPr>
                <w:i/>
                <w:color w:val="69717C"/>
                <w:sz w:val="18"/>
              </w:rPr>
              <w:t>[What observable evidence will show that I achieved it?]</w:t>
            </w:r>
          </w:p>
        </w:tc>
      </w:tr>
      <w:tr w:rsidR="00D83223" w14:paraId="5DDAEEB9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5C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DCFA73" w14:textId="77777777" w:rsidR="00D83223" w:rsidRDefault="00000000">
            <w:r>
              <w:rPr>
                <w:b/>
                <w:color w:val="0B4F9C"/>
                <w:sz w:val="18"/>
              </w:rPr>
              <w:t>Target date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80E4EC" w14:textId="77777777" w:rsidR="00D83223" w:rsidRDefault="00000000">
            <w:r>
              <w:rPr>
                <w:i/>
                <w:color w:val="69717C"/>
                <w:sz w:val="18"/>
              </w:rPr>
              <w:t>[DD Month YYYY]</w:t>
            </w:r>
          </w:p>
        </w:tc>
      </w:tr>
    </w:tbl>
    <w:p w14:paraId="330529DE" w14:textId="77777777" w:rsidR="00D83223" w:rsidRDefault="00D83223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83223" w14:paraId="6DCD01A5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6B900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23EA62" w14:textId="77777777" w:rsidR="00D83223" w:rsidRDefault="00000000">
            <w:r>
              <w:rPr>
                <w:b/>
                <w:color w:val="FFFFFF"/>
                <w:sz w:val="18"/>
              </w:rPr>
              <w:t>GOAL 2: Goal statement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E3AF68" w14:textId="77777777" w:rsidR="00D83223" w:rsidRDefault="00000000">
            <w:r>
              <w:rPr>
                <w:i/>
                <w:color w:val="69717C"/>
                <w:sz w:val="18"/>
              </w:rPr>
              <w:t>[What specifically will I achieve or improve?]</w:t>
            </w:r>
          </w:p>
        </w:tc>
      </w:tr>
      <w:tr w:rsidR="00D83223" w14:paraId="176A4E05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5C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C5011D" w14:textId="77777777" w:rsidR="00D83223" w:rsidRDefault="00000000">
            <w:r>
              <w:rPr>
                <w:b/>
                <w:color w:val="0B4F9C"/>
                <w:sz w:val="18"/>
              </w:rPr>
              <w:t>Success indicator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C89E35" w14:textId="77777777" w:rsidR="00D83223" w:rsidRDefault="00000000">
            <w:r>
              <w:rPr>
                <w:i/>
                <w:color w:val="69717C"/>
                <w:sz w:val="18"/>
              </w:rPr>
              <w:t>[What observable evidence will show that I achieved it?]</w:t>
            </w:r>
          </w:p>
        </w:tc>
      </w:tr>
      <w:tr w:rsidR="00D83223" w14:paraId="5173DF56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5C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3FC578" w14:textId="77777777" w:rsidR="00D83223" w:rsidRDefault="00000000">
            <w:r>
              <w:rPr>
                <w:b/>
                <w:color w:val="0B4F9C"/>
                <w:sz w:val="18"/>
              </w:rPr>
              <w:t>Target date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877A83" w14:textId="77777777" w:rsidR="00D83223" w:rsidRDefault="00000000">
            <w:r>
              <w:rPr>
                <w:i/>
                <w:color w:val="69717C"/>
                <w:sz w:val="18"/>
              </w:rPr>
              <w:t>[DD Month YYYY]</w:t>
            </w:r>
          </w:p>
        </w:tc>
      </w:tr>
    </w:tbl>
    <w:p w14:paraId="654BC7DF" w14:textId="77777777" w:rsidR="00D83223" w:rsidRDefault="00D83223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83223" w14:paraId="2307F91A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6B900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3FA9DA" w14:textId="77777777" w:rsidR="00D83223" w:rsidRDefault="00000000">
            <w:r>
              <w:rPr>
                <w:b/>
                <w:color w:val="FFFFFF"/>
                <w:sz w:val="18"/>
              </w:rPr>
              <w:t>GOAL 3: Goal statement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63E2FE" w14:textId="77777777" w:rsidR="00D83223" w:rsidRDefault="00000000">
            <w:r>
              <w:rPr>
                <w:i/>
                <w:color w:val="69717C"/>
                <w:sz w:val="18"/>
              </w:rPr>
              <w:t>[What specifically will I achieve or improve?]</w:t>
            </w:r>
          </w:p>
        </w:tc>
      </w:tr>
      <w:tr w:rsidR="00D83223" w14:paraId="23A0EA5D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5C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EC1139" w14:textId="77777777" w:rsidR="00D83223" w:rsidRDefault="00000000">
            <w:r>
              <w:rPr>
                <w:b/>
                <w:color w:val="0B4F9C"/>
                <w:sz w:val="18"/>
              </w:rPr>
              <w:t>Success indicator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5D62B8" w14:textId="77777777" w:rsidR="00D83223" w:rsidRDefault="00000000">
            <w:r>
              <w:rPr>
                <w:i/>
                <w:color w:val="69717C"/>
                <w:sz w:val="18"/>
              </w:rPr>
              <w:t>[What observable evidence will show that I achieved it?]</w:t>
            </w:r>
          </w:p>
        </w:tc>
      </w:tr>
      <w:tr w:rsidR="00D83223" w14:paraId="2D19A873" w14:textId="77777777">
        <w:trPr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5C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4BAA21" w14:textId="77777777" w:rsidR="00D83223" w:rsidRDefault="00000000">
            <w:r>
              <w:rPr>
                <w:b/>
                <w:color w:val="0B4F9C"/>
                <w:sz w:val="18"/>
              </w:rPr>
              <w:t>Target date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CAA49B" w14:textId="77777777" w:rsidR="00D83223" w:rsidRDefault="00000000">
            <w:r>
              <w:rPr>
                <w:i/>
                <w:color w:val="69717C"/>
                <w:sz w:val="18"/>
              </w:rPr>
              <w:t>[DD Month YYYY]</w:t>
            </w:r>
          </w:p>
        </w:tc>
      </w:tr>
    </w:tbl>
    <w:p w14:paraId="4C600AF5" w14:textId="77777777" w:rsidR="00D83223" w:rsidRDefault="00D83223">
      <w:pPr>
        <w:spacing w:after="20"/>
      </w:pPr>
    </w:p>
    <w:p w14:paraId="1B914846" w14:textId="77777777" w:rsidR="00D83223" w:rsidRDefault="00000000">
      <w:r>
        <w:br w:type="page"/>
      </w:r>
    </w:p>
    <w:p w14:paraId="2F8E7528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lastRenderedPageBreak/>
        <w:t>5  Action Plan</w:t>
      </w:r>
    </w:p>
    <w:p w14:paraId="07313D33" w14:textId="77777777" w:rsidR="00D83223" w:rsidRDefault="00000000">
      <w:pPr>
        <w:spacing w:after="120"/>
      </w:pPr>
      <w:r>
        <w:rPr>
          <w:i/>
          <w:color w:val="69717C"/>
          <w:sz w:val="18"/>
        </w:rPr>
        <w:t>Break each goal into manageable actions. Include learning, practice, feedback, networking, and experience-building activities where relevant.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6"/>
        <w:gridCol w:w="1996"/>
      </w:tblGrid>
      <w:tr w:rsidR="00D83223" w14:paraId="5422B872" w14:textId="77777777">
        <w:trPr>
          <w:tblHeader/>
          <w:jc w:val="center"/>
        </w:trPr>
        <w:tc>
          <w:tcPr>
            <w:tcW w:w="19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593D0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Goal</w:t>
            </w:r>
          </w:p>
        </w:tc>
        <w:tc>
          <w:tcPr>
            <w:tcW w:w="19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45492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Action step</w:t>
            </w:r>
          </w:p>
        </w:tc>
        <w:tc>
          <w:tcPr>
            <w:tcW w:w="19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D6637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Support / resources</w:t>
            </w:r>
          </w:p>
        </w:tc>
        <w:tc>
          <w:tcPr>
            <w:tcW w:w="19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72B83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Deadline</w:t>
            </w:r>
          </w:p>
        </w:tc>
        <w:tc>
          <w:tcPr>
            <w:tcW w:w="19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D3122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Evidence of completion</w:t>
            </w:r>
          </w:p>
        </w:tc>
      </w:tr>
      <w:tr w:rsidR="00D83223" w14:paraId="39B8F621" w14:textId="77777777">
        <w:trPr>
          <w:trHeight w:val="737"/>
          <w:jc w:val="center"/>
        </w:trPr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30AD81C" w14:textId="77777777" w:rsidR="00D83223" w:rsidRDefault="00000000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2119D2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8C80D4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B3657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[Date]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6496BCA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304E1B22" w14:textId="77777777">
        <w:trPr>
          <w:trHeight w:val="737"/>
          <w:jc w:val="center"/>
        </w:trPr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C7305A" w14:textId="77777777" w:rsidR="00D83223" w:rsidRDefault="00000000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F96906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E2FE4D0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E69EE62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[Date]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EAF1E0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1175BD99" w14:textId="77777777">
        <w:trPr>
          <w:trHeight w:val="737"/>
          <w:jc w:val="center"/>
        </w:trPr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F73AB63" w14:textId="77777777" w:rsidR="00D83223" w:rsidRDefault="00000000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382CC1B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BDD0B2A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A021E8D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[Date]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E5AEE53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53FB734F" w14:textId="77777777">
        <w:trPr>
          <w:trHeight w:val="737"/>
          <w:jc w:val="center"/>
        </w:trPr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CF74915" w14:textId="77777777" w:rsidR="00D83223" w:rsidRDefault="00000000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5BB94CD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486525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C5D3321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[Date]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E7F4809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0BD7EC16" w14:textId="77777777">
        <w:trPr>
          <w:trHeight w:val="737"/>
          <w:jc w:val="center"/>
        </w:trPr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0838912" w14:textId="77777777" w:rsidR="00D83223" w:rsidRDefault="00000000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12E5C8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AA114A3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0A1B0B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[Date]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606542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290735FA" w14:textId="77777777">
        <w:trPr>
          <w:trHeight w:val="737"/>
          <w:jc w:val="center"/>
        </w:trPr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588C222" w14:textId="77777777" w:rsidR="00D83223" w:rsidRDefault="00000000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A8C90C2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9A2670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DC166D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[Date]</w:t>
            </w:r>
          </w:p>
        </w:tc>
        <w:tc>
          <w:tcPr>
            <w:tcW w:w="199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F93ED66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</w:tbl>
    <w:p w14:paraId="14AE7C15" w14:textId="77777777" w:rsidR="00D83223" w:rsidRDefault="00D83223">
      <w:pPr>
        <w:spacing w:after="0"/>
      </w:pPr>
    </w:p>
    <w:p w14:paraId="04DAF751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t>6  Barriers, Support, and Accountability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D83223" w14:paraId="2CC3A569" w14:textId="77777777">
        <w:trPr>
          <w:tblHeader/>
          <w:jc w:val="center"/>
        </w:trPr>
        <w:tc>
          <w:tcPr>
            <w:tcW w:w="33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E8F0D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Possible barrier or risk</w:t>
            </w:r>
          </w:p>
        </w:tc>
        <w:tc>
          <w:tcPr>
            <w:tcW w:w="33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2E181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My response strategy</w:t>
            </w:r>
          </w:p>
        </w:tc>
        <w:tc>
          <w:tcPr>
            <w:tcW w:w="33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1EE67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Person / resource that can support me</w:t>
            </w:r>
          </w:p>
        </w:tc>
      </w:tr>
      <w:tr w:rsidR="00D83223" w14:paraId="3894C347" w14:textId="77777777">
        <w:trPr>
          <w:trHeight w:val="850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AD6543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F12BD6A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CF971E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6BDEAD16" w14:textId="77777777">
        <w:trPr>
          <w:trHeight w:val="850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E145289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AF2025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5710521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33489CBE" w14:textId="77777777">
        <w:trPr>
          <w:trHeight w:val="850"/>
          <w:jc w:val="center"/>
        </w:trPr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8A3069F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141F5AE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  <w:tc>
          <w:tcPr>
            <w:tcW w:w="3326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7AC79C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</w:tbl>
    <w:p w14:paraId="03B1E7A4" w14:textId="77777777" w:rsidR="00D83223" w:rsidRDefault="00D83223">
      <w:pPr>
        <w:spacing w:after="0"/>
      </w:pPr>
    </w:p>
    <w:p w14:paraId="5B101E0C" w14:textId="77777777" w:rsidR="00D83223" w:rsidRDefault="00000000">
      <w:r>
        <w:br w:type="page"/>
      </w:r>
    </w:p>
    <w:p w14:paraId="145D974A" w14:textId="77777777" w:rsidR="00D83223" w:rsidRDefault="00000000">
      <w:pPr>
        <w:keepNext/>
        <w:pBdr>
          <w:bottom w:val="single" w:sz="12" w:space="4" w:color="F6B900"/>
        </w:pBdr>
        <w:spacing w:before="160" w:after="80"/>
      </w:pPr>
      <w:r>
        <w:rPr>
          <w:b/>
          <w:color w:val="0B4F9C"/>
          <w:sz w:val="30"/>
        </w:rPr>
        <w:lastRenderedPageBreak/>
        <w:t>7  Progress Review</w:t>
      </w:r>
    </w:p>
    <w:p w14:paraId="6581BF0F" w14:textId="77777777" w:rsidR="00D83223" w:rsidRDefault="00000000">
      <w:pPr>
        <w:spacing w:after="120"/>
      </w:pPr>
      <w:r>
        <w:rPr>
          <w:i/>
          <w:color w:val="69717C"/>
          <w:sz w:val="18"/>
        </w:rPr>
        <w:t>Use this section at the review date. Focus on evidence, learning, and the next realistic adjustment rather than perfect completion.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83223" w14:paraId="20F8CBF3" w14:textId="77777777">
        <w:trPr>
          <w:tblHeader/>
          <w:jc w:val="center"/>
        </w:trPr>
        <w:tc>
          <w:tcPr>
            <w:tcW w:w="498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B7FBC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Review question</w:t>
            </w:r>
          </w:p>
        </w:tc>
        <w:tc>
          <w:tcPr>
            <w:tcW w:w="498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B4F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02E9B" w14:textId="77777777" w:rsidR="00D8322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My reflection</w:t>
            </w:r>
          </w:p>
        </w:tc>
      </w:tr>
      <w:tr w:rsidR="00D83223" w14:paraId="0D706336" w14:textId="77777777">
        <w:trPr>
          <w:trHeight w:val="964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B4E260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progress have I made?</w:t>
            </w:r>
            <w:r>
              <w:br/>
            </w:r>
            <w:r>
              <w:rPr>
                <w:i/>
                <w:color w:val="69717C"/>
                <w:sz w:val="18"/>
              </w:rPr>
              <w:t>Describe completed actions and concrete evidence.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D5D4016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600DA9A9" w14:textId="77777777">
        <w:trPr>
          <w:trHeight w:val="964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B9AD294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helped me most?</w:t>
            </w:r>
            <w:r>
              <w:br/>
            </w:r>
            <w:r>
              <w:rPr>
                <w:i/>
                <w:color w:val="69717C"/>
                <w:sz w:val="18"/>
              </w:rPr>
              <w:t>Identify useful strategies, people, resources, or conditions.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D8D47F0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0CA32E89" w14:textId="77777777">
        <w:trPr>
          <w:trHeight w:val="964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32B2C2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was more difficult than expected?</w:t>
            </w:r>
            <w:r>
              <w:br/>
            </w:r>
            <w:r>
              <w:rPr>
                <w:i/>
                <w:color w:val="69717C"/>
                <w:sz w:val="18"/>
              </w:rPr>
              <w:t>Describe barriers without judging yourself.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F006157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08B6D407" w14:textId="77777777">
        <w:trPr>
          <w:trHeight w:val="964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B3CEEC5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have I learned about myself and my career direction?</w:t>
            </w:r>
            <w:r>
              <w:br/>
            </w:r>
            <w:r>
              <w:rPr>
                <w:i/>
                <w:color w:val="69717C"/>
                <w:sz w:val="18"/>
              </w:rPr>
              <w:t>Note any changes in interests, confidence, priorities, or assumptions.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4F6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BA0F3D4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  <w:tr w:rsidR="00D83223" w14:paraId="0BE1409F" w14:textId="77777777">
        <w:trPr>
          <w:trHeight w:val="964"/>
          <w:jc w:val="center"/>
        </w:trPr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F0B302" w14:textId="77777777" w:rsidR="00D83223" w:rsidRDefault="00000000">
            <w:pPr>
              <w:spacing w:after="0"/>
            </w:pPr>
            <w:r>
              <w:rPr>
                <w:b/>
                <w:sz w:val="18"/>
              </w:rPr>
              <w:t>What will I do next?</w:t>
            </w:r>
            <w:r>
              <w:br/>
            </w:r>
            <w:r>
              <w:rPr>
                <w:i/>
                <w:color w:val="69717C"/>
                <w:sz w:val="18"/>
              </w:rPr>
              <w:t>Revise the goal, continue, add a new action, or seek additional support.</w:t>
            </w:r>
          </w:p>
        </w:tc>
        <w:tc>
          <w:tcPr>
            <w:tcW w:w="4989" w:type="dxa"/>
            <w:tcBorders>
              <w:top w:val="single" w:sz="5" w:space="0" w:color="C9D3DE"/>
              <w:left w:val="single" w:sz="5" w:space="0" w:color="C9D3DE"/>
              <w:bottom w:val="single" w:sz="5" w:space="0" w:color="C9D3DE"/>
              <w:right w:val="single" w:sz="5" w:space="0" w:color="C9D3DE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51042D8" w14:textId="77777777" w:rsidR="00D83223" w:rsidRDefault="00000000">
            <w:pPr>
              <w:spacing w:after="0"/>
            </w:pPr>
            <w:r>
              <w:rPr>
                <w:i/>
                <w:color w:val="69717C"/>
                <w:sz w:val="18"/>
              </w:rPr>
              <w:t>[Type here]</w:t>
            </w:r>
          </w:p>
        </w:tc>
      </w:tr>
    </w:tbl>
    <w:p w14:paraId="5B78D9D1" w14:textId="77777777" w:rsidR="00D83223" w:rsidRDefault="00D83223">
      <w:pPr>
        <w:spacing w:after="0"/>
      </w:pPr>
    </w:p>
    <w:p w14:paraId="464920C2" w14:textId="77777777" w:rsidR="00D83223" w:rsidRDefault="00000000">
      <w:pPr>
        <w:spacing w:before="160"/>
        <w:jc w:val="center"/>
      </w:pPr>
      <w:r>
        <w:rPr>
          <w:b/>
          <w:color w:val="0B4F9C"/>
          <w:sz w:val="19"/>
        </w:rPr>
        <w:t>Development plans are living documents: update this template whenever your goals, opportunities, or circumstances change.</w:t>
      </w:r>
    </w:p>
    <w:sectPr w:rsidR="00D83223" w:rsidSect="00034616">
      <w:headerReference w:type="default" r:id="rId9"/>
      <w:footerReference w:type="default" r:id="rId10"/>
      <w:pgSz w:w="11906" w:h="16838"/>
      <w:pgMar w:top="935" w:right="964" w:bottom="879" w:left="96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0D04B" w14:textId="77777777" w:rsidR="00CF2D3D" w:rsidRDefault="00CF2D3D">
      <w:pPr>
        <w:spacing w:after="0" w:line="240" w:lineRule="auto"/>
      </w:pPr>
      <w:r>
        <w:separator/>
      </w:r>
    </w:p>
  </w:endnote>
  <w:endnote w:type="continuationSeparator" w:id="0">
    <w:p w14:paraId="2CFD05D2" w14:textId="77777777" w:rsidR="00CF2D3D" w:rsidRDefault="00CF2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12F91" w14:textId="77777777" w:rsidR="00D83223" w:rsidRDefault="00D83223">
    <w:pPr>
      <w:pStyle w:val="Foot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D83223" w14:paraId="4F8CBE2F" w14:textId="77777777">
      <w:trPr>
        <w:jc w:val="center"/>
      </w:trPr>
      <w:tc>
        <w:tcPr>
          <w:tcW w:w="4989" w:type="dxa"/>
          <w:tcBorders>
            <w:top w:val="single" w:sz="4" w:space="0" w:color="C9D3DE"/>
          </w:tcBorders>
          <w:tcMar>
            <w:top w:w="60" w:type="dxa"/>
            <w:left w:w="0" w:type="dxa"/>
            <w:bottom w:w="0" w:type="dxa"/>
            <w:right w:w="0" w:type="dxa"/>
          </w:tcMar>
        </w:tcPr>
        <w:p w14:paraId="790AC542" w14:textId="77777777" w:rsidR="00D83223" w:rsidRDefault="00000000">
          <w:r>
            <w:rPr>
              <w:color w:val="69717C"/>
              <w:sz w:val="16"/>
            </w:rPr>
            <w:t>Personal Development Plan</w:t>
          </w:r>
        </w:p>
      </w:tc>
      <w:tc>
        <w:tcPr>
          <w:tcW w:w="4989" w:type="dxa"/>
          <w:tcBorders>
            <w:top w:val="single" w:sz="4" w:space="0" w:color="C9D3DE"/>
          </w:tcBorders>
          <w:tcMar>
            <w:top w:w="60" w:type="dxa"/>
            <w:left w:w="0" w:type="dxa"/>
            <w:bottom w:w="0" w:type="dxa"/>
            <w:right w:w="0" w:type="dxa"/>
          </w:tcMar>
        </w:tcPr>
        <w:p w14:paraId="2D3E7149" w14:textId="77777777" w:rsidR="00D83223" w:rsidRDefault="00000000">
          <w:pPr>
            <w:jc w:val="right"/>
          </w:pPr>
          <w:r>
            <w:rPr>
              <w:color w:val="69717C"/>
              <w:sz w:val="16"/>
            </w:rPr>
            <w:t xml:space="preserve">Page </w:t>
          </w:r>
          <w:r>
            <w:rPr>
              <w:color w:val="69717C"/>
              <w:sz w:val="16"/>
            </w:rPr>
            <w:fldChar w:fldCharType="begin"/>
          </w:r>
          <w:r>
            <w:rPr>
              <w:color w:val="69717C"/>
              <w:sz w:val="16"/>
            </w:rPr>
            <w:instrText>PAGE</w:instrText>
          </w:r>
          <w:r w:rsidR="003F4322">
            <w:rPr>
              <w:color w:val="69717C"/>
              <w:sz w:val="16"/>
            </w:rPr>
            <w:fldChar w:fldCharType="separate"/>
          </w:r>
          <w:r w:rsidR="003F4322">
            <w:rPr>
              <w:noProof/>
              <w:color w:val="69717C"/>
              <w:sz w:val="16"/>
            </w:rPr>
            <w:t>1</w:t>
          </w:r>
          <w:r>
            <w:rPr>
              <w:color w:val="69717C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86BD6B" w14:textId="77777777" w:rsidR="00CF2D3D" w:rsidRDefault="00CF2D3D">
      <w:pPr>
        <w:spacing w:after="0" w:line="240" w:lineRule="auto"/>
      </w:pPr>
      <w:r>
        <w:separator/>
      </w:r>
    </w:p>
  </w:footnote>
  <w:footnote w:type="continuationSeparator" w:id="0">
    <w:p w14:paraId="1B155053" w14:textId="77777777" w:rsidR="00CF2D3D" w:rsidRDefault="00CF2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7189C" w14:textId="77777777" w:rsidR="00D83223" w:rsidRDefault="00000000">
    <w:pPr>
      <w:pStyle w:val="Header"/>
      <w:pBdr>
        <w:bottom w:val="single" w:sz="8" w:space="2" w:color="F6B900"/>
      </w:pBdr>
      <w:spacing w:after="40"/>
    </w:pPr>
    <w:r>
      <w:rPr>
        <w:b/>
        <w:color w:val="0B4F9C"/>
        <w:sz w:val="17"/>
      </w:rPr>
      <w:t>EUPeace Soft Skills Course  |  Extra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5173735">
    <w:abstractNumId w:val="8"/>
  </w:num>
  <w:num w:numId="2" w16cid:durableId="1638148240">
    <w:abstractNumId w:val="6"/>
  </w:num>
  <w:num w:numId="3" w16cid:durableId="484275632">
    <w:abstractNumId w:val="5"/>
  </w:num>
  <w:num w:numId="4" w16cid:durableId="1347517453">
    <w:abstractNumId w:val="4"/>
  </w:num>
  <w:num w:numId="5" w16cid:durableId="509217576">
    <w:abstractNumId w:val="7"/>
  </w:num>
  <w:num w:numId="6" w16cid:durableId="1313019487">
    <w:abstractNumId w:val="3"/>
  </w:num>
  <w:num w:numId="7" w16cid:durableId="1918247611">
    <w:abstractNumId w:val="2"/>
  </w:num>
  <w:num w:numId="8" w16cid:durableId="751319467">
    <w:abstractNumId w:val="1"/>
  </w:num>
  <w:num w:numId="9" w16cid:durableId="156290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DD5"/>
    <w:rsid w:val="00034616"/>
    <w:rsid w:val="0006063C"/>
    <w:rsid w:val="0015074B"/>
    <w:rsid w:val="0029639D"/>
    <w:rsid w:val="00326F90"/>
    <w:rsid w:val="003F4322"/>
    <w:rsid w:val="00AA1D8D"/>
    <w:rsid w:val="00B47730"/>
    <w:rsid w:val="00CB0664"/>
    <w:rsid w:val="00CF2D3D"/>
    <w:rsid w:val="00D832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5B78D3"/>
  <w14:defaultImageDpi w14:val="300"/>
  <w15:docId w15:val="{02F0D76D-28FD-4764-887D-90FA9949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F465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5B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4F9C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2026-07-13T08:44:00Z</dcterms:created>
  <dcterms:modified xsi:type="dcterms:W3CDTF">2026-07-13T08:44:00Z</dcterms:modified>
  <cp:category/>
</cp:coreProperties>
</file>